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בית הספר – חלק א׳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״בית הספר – חלק א׳״ בספרייה: מחכים בתור، יוצאים לטיול، מבקשים עזרה، עוברים מפעילות לפעילות، לפני מבחן ובזמן מבחן.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״מחכים בתור״?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לפעמים קשה לי לחכות.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(״מחכים בתור״) ____ קשה לי לחכות.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״יוצאים לטיול״?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אנחנו נוסעים באוטובוס.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(״יוצאים לטיול״) אנחנו נוסעים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באוטובוס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לספור עד עשר בשקט.״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״מחכים בתור״.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ג → ד → ה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בתור כל אחד מחכה למקום שלו.، לפעמים קשה לי לחכות. | נקודת מבט: גם הילדים האחרים מחכים.، המבוגרים שומרים שכולם יהיו יחד. | מה אני יכול/ה לנסות: אני יכול/ה לספור עד עשר בשקט.، אני יכול/ה לבקש עזרה ממבוגר. | חיזוק: הגיע תורי, ואני גא/ה בעצמי.، היה לי טיול טוב, ואני שמח/ה.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״מחכים בתור״: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בזמן שאני מחכה, אני יכול/ה לנסות לנשום לאט, לספור עד עשר או להחזיק את הידיים קרוב לגוף. / אם מישהו נדחף, אני יכול/ה להגיד בשקט: אני בתור, בבקשה לחכות. אפשר גם לפנות למבוגר.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(״מחכים בתור״ / ״יוצאים לטיול״ / ״מבקשים עזרה״ / ״עוברים מפעילות לפעילות״ / ״לפני מבחן ובזמן מבחן״):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בית הספר – חלק א׳"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🏫 סיפורים חברתיים: בית הספר – חלק א׳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קראו את הסיפור. סמנו.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לפעמים   ·   באוטובוס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איזה משפט מופיע בסיפור ״מחכים בתור״?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לפעמים קשה לי לחכות.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אנחנו הולכים למספרה.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(״מחכים בתור״) _______________ קשה לי לחכות.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איזה משפט מופיע בסיפור ״יוצאים לטיול״?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אמא מלווה אותי עד השער.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אנחנו נוסעים באוטובוס.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(״יוצאים לטיול״) אנחנו נוסעים _______________.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המשפט ״אני יכול/ה לספור עד עשר בשקט.״ מלמד מה אני יכול/ה לנסות לעשות.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מספרים לפי הסדר.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סדרו את המשפטים לפי הסדר בסיפור ״מחכים בתור״.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הגיע תורי, ואני גא/ה בעצמי.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בתור כל אחד מחכה למקום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יכול/ה לספור עד עשר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אני יכול/ה לבקש עזרה ממבוגר.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התור מתקדם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גם הילדים האחרים מחכים.   ·   המבוגרים שומרים שכולם יהיו יחד.   ·   לפעמים קשה לי לחכות.   ·   בתור כל אחד מחכה למקום שלו.   ·   אני יכול/ה לבקש עזרה ממבוגר.   ·   אני יכול/ה לספור עד עשר בשקט.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בסיפור ״מחכים בתור״: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9. כתבו עמוד חדש לאחד הסיפורים (״מחכים בתור״ / ״יוצאים לטיול״ / ״מבקשים עזרה״ / ״עוברים מפעילות לפעילות״ / ״לפני מבחן ובזמן מבחן״):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בית הספר – חלק א׳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