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בית הספר – חלק א׳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״בית הספר – חלק א׳״ בספרייה: מחכים בתור، יוצאים לטיול، מבקשים עזרה، עוברים מפעילות לפעילות، לפני מבחן ובזמן מבחן.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״מחכים בתור״?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לפעמים קשה לי לחכות.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(״מחכים בתור״) ____ קשה לי לחכות.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״יוצאים לטיול״?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אנחנו נוסעים באוטובוס.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(״יוצאים לטיול״) אנחנו נוסעים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באוטובוס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״מבקשים עזרה״?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זה בסדר שמשהו קשה לי.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(״מבקשים עזרה״) זה בסדר ____ קשה 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״עוברים מפעילות לפעילות״?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לפעמים קשה לי להפסיק.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(״עוברים מפעילות לפעילות״) ____ קשה לי להפסיק.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״לפני מבחן ובזמן מבחן״?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לפעמים אני לחוץ/לחוצה לפני מבחן.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(״לפני מבחן ובזמן מבחן״) ____ אני לחוץ/לחוצה לפני מבחן.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לספור עד עשר בשקט.״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״הגיע תורי, ואני גא/ה בעצמי.״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״מחכים בתור״.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א → ב → ה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בתור כל אחד מחכה למקום שלו.، לפעמים קשה לי לחכות. | נקודת מבט: גם הילדים האחרים מחכים.، המבוגרים שומרים שכולם יהיו יחד. | מה אני יכול/ה לנסות: אני יכול/ה לספור עד עשר בשקט.، אני יכול/ה לבקש עזרה ממבוגר. | חיזוק: הגיע תורי, ואני גא/ה בעצמי.، היה לי טיול טוב, ואני שמח/ה.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3–ה, 4–א, 5–ב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אפשר לעשות במצב של ״מחכים בתור״? כתבו או ציירו.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בזמן שאני מחכה, אני יכול/ה לנסות לנשום לאט, לספור עד עשר או להחזיק את הידיים קרוב לגוף. / אם מישהו נדחף, אני יכול/ה להגיד בשקט: אני בתור, בבקשה לחכות. אפשר גם לפנות למבוגר.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חדשים לסיפור: מה קורה, מה אחרים מרגישים, מה אני יכול/ה לנסות.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בית הספר – חלק א׳"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🏫 סיפורים חברתיים: בית הספר – חלק א׳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תמיד, רק בחלק מהזמן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sometimes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 הפעמים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usually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בלב: שמחה, פחד, כעס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feel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כדי לראות אם זה עוזר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למבוגר שאני צריך/ה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 for help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להירגע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ולהיות שוב רגוע/ה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calm down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להישאר עד שמגיע התור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טוב, אין 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okay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באוטובוס   ·   לפעמים   ·   שמשהו   ·   לפעמים   ·   לפעמים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בסיפור ״מחכים בתור״?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לפעמים קשה לי לחכות.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אנחנו הולכים למספרה.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(״מחכים בתור״) _______________ קשה לי לחכות.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בסיפור ״יוצאים לטיול״?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אנחנו נוסעים באוטובוס.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מתמתח/ת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(״יוצאים לטיול״) אנחנו נוסעים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כתוב בסיפור ״מבקשים עזרה״?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הכול כאן חדש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 בסדר שמשהו קשה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מי שמלמד אותנו לא כאן היום.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(״מבקשים עזרה״) זה בסדר _______________ קשה לי.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כתוב בסיפור ״עוברים מפעילות לפעילות״?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בכל משחק מישהו מנצח ומישהו מפסיד.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במסיבה יש בלונים ומוזיקה.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מצחצח/ת שיניים לפני השינה.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קשה לי להפסיק.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(״עוברים מפעילות לפעילות״) _______________ קשה לי להפסיק.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מה כתוב בסיפור ״לפני מבחן ובזמן מבחן״?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לפעמים אני לחוץ/לחוצה לפני מבחן.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מתמתח/ת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(״לפני מבחן ובזמן מבחן״) _______________ אני לחוץ/לחוצה לפני מבחן.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המשפט ״אני יכול/ה לספור עד עשר בשקט.״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המשפט ״הגיע תורי, ואני גא/ה בעצמי.״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סדרו את המשפטים לפי הסדר בסיפור ״מחכים בתור״.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לספור עד עשר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לבקש עזרה ממבוגר.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בתור כל אחד מחכה למקום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הגיע תורי, ואני גא/ה בעצמי.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התור מתקדם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גם הילדים האחרים מחכים.   ·   אני יכול/ה לבקש עזרה ממבוגר.   ·   לפעמים קשה לי לחכות.   ·   בתור כל אחד מחכה למקום שלו.   ·   אני יכול/ה לספור עד עשר בשקט.   ·   המבוגרים שומרים שכולם יהיו יחד.   ·   הגיע תורי, ואני גא/ה בעצמי.   ·   היה לי טיול טוב, ואני שמח/ה.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🧍 מחכים בתור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מסדר/ת ועובר/ת לפעילות הבאה.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🎒 יוצאים לטיול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נושם/נושמת לאט וקורא/ת כל שאלה.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🙋 מבקשים עזרה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להגיד למבוגר מה אני צריך/צריכה.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⏭️ עוברים מפעילות לפעילות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לספור עד עשר בשקט.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 לפני מבחן ובזמן מבחן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ואומר/ת: עזרה, בבקשה.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מה אפשר לעשות במצב של ״מחכים בתור״? כתבו או ציירו.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כתבו 3 משפטים חדשים לסיפור: מה קורה, מה אחרים מרגישים, מה אני יכול/ה לנסות.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בית הספר – חלק א׳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