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ב׳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ב׳״ בספרייה: הולכים לשירותים בבית הספר، טקס באולם، מצביעים ומחכים לתור، יום ראשון בכיתה חדשה.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״הולכים לשירותים בבית הספר״?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מצביע/ה ושואל/ת אם אפשר לצאת.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לשירותים בבית הספר״) אני מצביע/ה ושואל/ת אם ____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״טקס באולם״?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ברמקול הקולות חזקים מאוד.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(״טקס באולם״) ____ הקולות חזקים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ברמקול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מצביע/ה ושואל/ת אם אפשר לצאת.״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״הולכים לשירותים בבית הספר״.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ד → ה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כולם הולכים לשירותים, זה טבעי.، אני סוגר/ת את הדלת ומוריד/ה מים. | נקודת מבט: המבוגרים שמחים שאני מבקש/ת.، מחיאות כפיים משמחות את מי שעל הבמה. | מה אני יכול/ה לנסות: אני מצביע/ה ושואל/ת אם אפשר לצאת.، אם קשה לי, אני נושם/נושמת לאט. | חיזוק: אני חוזר/ת לכיתה ומרגיש/ה טוב.، הצלחתי להיות בטקס, כל הכבוד 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״הולכים לשירותים בבית הספר״: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 צריך/צריכה שירותים, אני יכול/ה להצביע ולשאול בשקט: ״אפשר לצאת לשירותים?״ / אם הריח או הרעש בשירותים מפריעים לי, אני יכול/ה לנשום לאט ולספור עד חמש.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(״הולכים לשירותים בבית הספר״ / ״טקס באולם״ / ״מצביעים ומחכים לתור״ / ״יום ראשון בכיתה חדשה״):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ב׳"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🎒 סיפורים חברתיים: בית הספר – חלק ב׳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אפשר   ·   ברמקול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״הולכים לשירותים בבית הספר״?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מצביע/ה ושואל/ת אם אפשר לצאת.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הכול כאן חדש לי.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אני עולה להסעה לאט.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(״הולכים לשירותים בבית הספר״) אני מצביע/ה ושואל/ת אם _______________ לצאת.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״טקס באולם״?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ברמקול הקולות חזקים מאוד.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(״טקס באולם״) _______________ הקולות חזקים מאוד.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מצביע/ה ושואל/ת אם אפשר לצאת.״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״הולכים לשירותים בבית הספר״.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המבוגרים שמחים שאני מבקש/ת.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מצביע/ה ושואל/ת אם אפשר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אם קשה לי, אני נושם/נושמת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סוגר/ת את הדלת ומוריד/ה 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שוטף/שוטפת ידיים עם סבון.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מחיאות כפיים משמחות את מי שעל הבמה.   ·   אני סוגר/ת את הדלת ומוריד/ה מים.   ·   אני מצביע/ה ושואל/ת אם אפשר לצאת.   ·   אם קשה לי, אני נושם/נושמת לאט.   ·   המבוגרים שמחים שאני מבקש/ת.   ·   כולם הולכים לשירותים, זה טבעי.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״הולכים לשירותים בבית הספר״: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(״הולכים לשירותים בבית הספר״ / ״טקס באולם״ / ״מצביעים ומחכים לתור״ / ״יום ראשון בכיתה חדשה״):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ב׳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