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ב׳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ב׳״ בספרייה: הולכים לשירותים בבית הספר، טקס באולם، מצביעים ומחכים לתור، יום ראשון בכיתה חדשה.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״הולכים לשירותים בבית הספר״?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מצביע/ה ושואל/ת אם אפשר לצאת.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לשירותים בבית הספר״) אני מצביע/ה ושואל/ת אם ____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״טקס באולם״?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ברמקול הקולות חזקים מאוד.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(״טקס באולם״) ____ הקולות חזקים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ברמקול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״מצביעים ומחכים לתור״?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בכיתה מצביעים ומחכים לתור.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(״מצביעים ומחכים לתור״) בכיתה ____ ומחכים לתור.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מצביעים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״יום ראשון בכיתה חדשה״?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בכיתה יש ילדים חדשים וכיסא 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(״יום ראשון בכיתה חדשה״) ____ יש ילדים חדשים וכיסא חדש.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מצביע/ה ושואל/ת אם אפשר לצאת.״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חוזר/ת לכיתה ומרגיש/ה טוב.״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״הולכים לשירותים בבית הספר״.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ב → א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כולם הולכים לשירותים, זה טבעי.، אני סוגר/ת את הדלת ומוריד/ה מים. | נקודת מבט: המבוגרים שמחים שאני מבקש/ת.، מחיאות כפיים משמחות את מי שעל הבמה. | מה אני יכול/ה לנסות: אני מצביע/ה ושואל/ת אם אפשר לצאת.، אם קשה לי, אני נושם/נושמת לאט. | חיזוק: אני חוזר/ת לכיתה ומרגיש/ה טוב.، הצלחתי להיות בטקס, כל הכבוד 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״הולכים לשירותים בבית הספר״?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 צריך/צריכה שירותים, אני יכול/ה להצביע ולשאול בשקט: ״אפשר לצאת לשירותים?״ / אם הריח או הרעש בשירותים מפריעים לי, אני יכול/ה לנשום לאט ולספור עד חמש.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ב׳"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🎒 סיפורים חברתיים: בית הספר – חלק ב׳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ברמקול   ·   מצביעים   ·   בכיתה   ·   אפשר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״הולכים לשירותים בבית הספר״?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מצביע/ה ושואל/ת אם אפשר לצאת.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(״הולכים לשירותים בבית הספר״) אני מצביע/ה ושואל/ת אם _______________ לצאת.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״טקס באולם״?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ברמקול הקולות חזקים מאוד.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(״טקס באולם״) _______________ הקולות חזקים מאוד.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״מצביעים ומחכים לתור״?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בכיתה מצביעים ומחכים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(״מצביעים ומחכים לתור״) בכיתה _______________ ומחכים לתור.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״יום ראשון בכיתה חדשה״?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בכיתה יש ילדים חדשים וכיסא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(״יום ראשון בכיתה חדשה״) _______________ יש ילדים חדשים וכיסא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מצביע/ה ושואל/ת אם אפשר לצאת.״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״אני חוזר/ת לכיתה ומרגיש/ה טוב.״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״הולכים לשירותים בבית הספר״.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סוגר/ת את הדלת ומוריד/ה 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שמחים שאני מבקש/ת.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מצביע/ה ושואל/ת אם אפשר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שוטף/שוטפת ידיים עם סבון.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קשה לי, אני נושם/נושמת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חוזר/ת לכיתה ומרגיש/ה טוב.   ·   אני מצביע/ה ושואל/ת אם אפשר לצאת.   ·   אני סוגר/ת את הדלת ומוריד/ה מים.   ·   המבוגרים שמחים שאני מבקש/ת.   ·   מחיאות כפיים משמחות את מי שעל הבמה.   ·   כולם הולכים לשירותים, זה טבעי.   ·   הצלחתי להיות בטקס, כל הכבוד לי!   ·   אם קשה לי, אני נושם/נושמת לאט.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🚻 הולכים לשירותים בבית הספר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שם/שמה אוזניות ונושם/נושמת לאט.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🎤 טקס באולם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מצביע/ה ושואל/ת אם אפשר לצאת.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✋ מצביעים ומחכים לתור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ומחכה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יום ראשון בכיתה חדשה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את השם שלי ומחייך/מחייכת.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אפשר לעשות במצב של ״הולכים לשירותים בבית הספר״?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ב׳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