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סיפורים חברתיים: חברים וחברה (חנ״מ)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לסיפורי הנושא ״חברים וחברה״ בספרייה: מצטרפים למשחק، מסיבת יום הולדת، משתפים ומחכים לתור، מרחב אישי، אומרים סליחה ומתקנים، כשאומרים לי ״לא״. קוראים יחד את הסיפור באתר (אפשר בהקראה ובגרסה הקצרה), ואז עונים: מה כתוב בסיפור, מסדרים את רצף האירועים, ממיינים סוגי משפטים וכותבים עמוד חדש.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חנ״מ: גרסת חנ״מ: פחות פריטים, עד 3 אפשרויות בכל שאלה, מחסן מילים להשלמות, גופן גדול ושורות רחבות. להקריא בקול, בלי הגבלת זמן, לאפשר מענה בעל־פה. אחרי שתי טעויות לתת רמז מכוון (לא את התשובה).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מופיע בסיפור ״מצטרפים למשחק״?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אני שואל/ת: אפשר להצטרף?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(״מצטרפים למשחק״) אני שואל/ת: אפשר ____?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להצטרף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מופיע בסיפור ״מסיבת יום הולדת״?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אני יכול/ה לשים אוזניות.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(״מסיבת יום הולדת״) אני יכול/ה לשים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אוזניות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״אני שואל/ת: אפשר להצטרף?״ מלמד מה אני יכול/ה לנסות לעשות.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המשפטים לפי הסדר בסיפור ״מצטרפים למשחק״.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ה → ג → ב → א → 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את המשפטים לפי סוג המשפט.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תיאור: קודם אני מסתכל/ת על המשחק.، לפעמים מחכים לסיבוב הבא. | נקודת מבט: הילדים שמחים כשאני מצטרף/מצטרפת.، היום המתנות לחוגגים. | מה אני יכול/ה לנסות: אני שואל/ת: אפשר להצטרף?، אני יכול/ה להציע משחק אחר. | חיזוק: כיף לשחק יחד!، חגגתי עם חברים ונהניתי!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בסיפור ״מצטרפים למשחק״: כתבו שני דברים שאפשר לנסות לעשות במצב הזה.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אחר כך אני יכול/ה לגשת ולשאול בקול נעים: אפשר להצטרף? או: אפשר לשחק איתכם? / אם עכשיו לא מתאים, אני יכול/ה לנסות לשאול ילד אחר, להציע משחק משלי או לפנות למבוגר בחצר.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עמוד חדש לאחד הסיפורים (״מצטרפים למשחק״ / ״מסיבת יום הולדת״ / ״משתפים ומחכים לתור״ / ״מרחב אישי״ / ״אומרים סליחה ומתקנים״ / ״כשאומרים לי ״לא״״): משפט שמתאר מה קורה, משפט על מה אחרים מרגישים, ומשפט ״אני יכול/ה לנסות…״. אפשר לצייר תמונה.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שלושה סוגי משפטים, בגוף ראשון, בשפה רגועה וחיובית, בלי ״אסור״ ו״חייב״.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תשובה אישית; לחזק כל ניסיון.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"סיפורים חברתיים: חברים וחברה"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🤝 סיפורים חברתיים: חברים וחברה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30"/>
          <w:rtl/>
          <w:szCs w:val="30"/>
          <w:bCs/>
        </w:rPr>
        <w:t>מסלול: 💛 חנ״מ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8A6A00"/>
          <w:sz w:val="28"/>
          <w:rtl/>
          <w:szCs w:val="28"/>
        </w:rPr>
        <w:t>🔊 אפשר לבקש מהמורה להקריא כל שאלה. אין הגבלת זמן. מותר לענות בעל־פה או לסמן.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קראו את הסיפור. סמנו.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30"/>
          <w:rtl/>
          <w:szCs w:val="30"/>
          <w:bCs/>
        </w:rPr>
        <w:t>🧺 מחסן מילים:  להצטרף   ·   אוזניות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1. איזה משפט מופיע בסיפור ״מצטרפים למשחק״?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אני שואל/ת: אפשר להצטרף?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אנחנו יושבים בשורות באולם.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אני לומד/ת קצת בכל יום.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(״מצטרפים למשחק״) אני שואל/ת: אפשר _______________?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3. איזה משפט מופיע בסיפור ״מסיבת יום הולדת״?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אני עולה להסעה לאט.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אני יכול/ה לשים אוזניות.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אחרי כל פעילות מגיעה פעילות חדשה.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4. (״מסיבת יום הולדת״) אני יכול/ה לשים _______________.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5. המשפט ״אני שואל/ת: אפשר להצטרף?״ מלמד מה אני יכול/ה לנסות לעשות.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סדר וסוגי משפטים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מספרים לפי הסדר.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6. סדרו את המשפטים לפי הסדר בסיפור ״מצטרפים למשחק״.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אני שומר/ת על כללי המשחק.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לפעמים מחכים לסיבוב הבא.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הילדים שמחים כשאני מצטרף/מצטרפת.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כיף לשחק יחד!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אני שואל/ת: אפשר להצטרף?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7. מיינו את המשפטים לפי סוג המשפט.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30"/>
          <w:rtl/>
          <w:szCs w:val="30"/>
          <w:bCs/>
        </w:rPr>
        <w:t>🧺 מחסן מילים:  היום המתנות לחוגגים.   ·   לפעמים מחכים לסיבוב הבא.   ·   קודם אני מסתכל/ת על המשחק.   ·   אני שואל/ת: אפשר להצטרף?   ·   הילדים שמחים כשאני מצטרף/מצטרפת.   ·   אני יכול/ה להציע משחק אחר.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תיאור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נקודת מבט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מה אני יכול/ה לנסות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חיזוק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אני והסיפור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או ציירו.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8. בסיפור ״מצטרפים למשחק״: כתבו שני דברים שאפשר לנסות לעשות במצב הזה.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9. כתבו עמוד חדש לאחד הסיפורים (״מצטרפים למשחק״ / ״מסיבת יום הולדת״ / ״משתפים ומחכים לתור״ / ״מרחב אישי״ / ״אומרים סליחה ומתקנים״ / ״כשאומרים לי ״לא״״): משפט שמתאר מה קורה, משפט על מה אחרים מרגישים, ומשפט ״אני יכול/ה לנסות…״. אפשר לצייר תמונה.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34"/>
          <w:rtl/>
          <w:szCs w:val="34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1. משפט אחד מהסיפור שעוזר לי: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דבר אחד שאנסה לעשות: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סיפורים חברתיים: חברים וחברה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