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חברים וחברה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״חברים וחברה״ בספרייה: מצטרפים למשחק، מסיבת יום הולדת، משתפים ומחכים לתור، מרחב אישי، אומרים סליחה ומתקנים، כשאומרים לי ״לא״.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״מצטרפים למשחק״?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שואל/ת: אפשר להצטרף?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(״מצטרפים למשחק״) אני שואל/ת: אפשר ____?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להצטרף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״מסיבת יום הולדת״?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אני יכול/ה לשים אוזניות.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(״מסיבת יום הולדת״) אני יכול/ה לשים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אוזניות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״משתפים ומחכים לתור״?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אולי אני עצוב/ה, וזה בסדר.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(״משתפים ומחכים לתור״) ____ אני עצוב/ה, וזה בסדר.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״מרחב אישי״?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לפעמים אני רוצה לחבק חבר.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(״מרחב אישי״) מרחק עוזר לכולם ____ נוח.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״אומרים סליחה ומתקנים״?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קודם אני עוצר/ת ונושם/נושמת.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(״אומרים סליחה ומתקנים״) גם ____ וגם לי לא נעים.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״כשאומרים לי ״לא״״?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כשאומרים לי ״לא״, אני עצוב/ה קצת.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(״כשאומרים לי ״לא״״) ____ לי ״לא״, אני עצוב/ה קצת.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כשאומרים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שואל/ת: אפשר להצטרף?״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״כיף לשחק יחד!״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״מצטרפים למשחק״.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ד → ה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״מסיבת יום הולדת״.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א → ה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״משתפים ומחכים לתור״.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א → ב → ג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קודם אני מסתכל/ת על המשחק.، לפעמים מחכים לסיבוב הבא. | נקודת מבט: הילדים שמחים כשאני מצטרף/מצטרפת.، היום המתנות לחוגגים. | מה אני יכול/ה לנסות: אני שואל/ת: אפשר להצטרף?، אני יכול/ה להציע משחק אחר. | חיזוק: כיף לשחק יחד!، חגגתי עם חברים ונהניתי!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4–ה,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״מצטרפים למשחק״: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 כך אני יכול/ה לגשת ולשאול בקול נעים: אפשר להצטרף? או: אפשר לשחק איתכם? / אם עכשיו לא מתאים, אני יכול/ה לנסות לשאול ילד אחר, להציע משחק משלי או לפנות למבוגר בחצר.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״כשאומרים לי ״לא״״?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(״מצטרפים למשחק״ / ״מסיבת יום הולדת״ / ״משתפים ומחכים לתור״ / ״מרחב אישי״ / ״אומרים סליחה ומתקנים״ / ״כשאומרים לי ״לא״״):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חברים וחברה"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🤝 סיפורים חברתיים: חברים וחברה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״מצטרפים למשחק״?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שואל/ת: אפשר להצטרף?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אנחנו יושבים בשורות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לומד/ת קצת בכל 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יושב/ת בכיסא מיוחד.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(״מצטרפים למשחק״) אני שואל/ת: אפשר _______________?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״מסיבת יום הולדת״?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עולה להסעה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יכול/ה לשים אוזניות.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מכין/מכינה תיק עם מים וכובע.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(״מסיבת יום הולדת״) אני יכול/ה לשים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מופיע בסיפור ״משתפים ומחכים לתור״?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אולי אני עצוב/ה, וזה בסדר.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מי שמלמד אותנו לא כאן היום.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(״משתפים ומחכים לתור״) _______________ אני עצוב/ה, וזה בסדר.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מופיע בסיפור ״מרחב אישי״?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במרפאה 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אני רוצה לחבק חבר.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(״מרחב אישי״) מרחק עוזר לכולם _______________ נוח.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איזה משפט מופיע בסיפור ״אומרים סליחה ומתקנים״?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קודם אני עוצר/ת ונושם/נושמת.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(״אומרים סליחה ומתקנים״) גם _______________ וגם לי לא נעים.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איזה משפט מופיע בסיפור ״כשאומרים לי ״לא״״?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כשאומרים לי ״לא״, אני עצוב/ה קצת.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בסיגד אנשים רבים נפגשים בחוץ.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(״כשאומרים לי ״לא״״) _______________ לי ״לא״, אני עצוב/ה קצת.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המשפט ״אני שואל/ת: אפשר להצטרף?״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המשפט ״כיף לשחק יחד!״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סדרו את המשפטים לפי הסדר בסיפור ״מצטרפים למשחק״.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שומר/ת על כללי המשחק.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כיף לשחק יחד!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שואל/ת: אפשר להצטרף?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הילדים שמחים כשאני מצטרף/מצטרפת.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מחכים לסיבוב הבא.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סדרו את המשפטים לפי הסדר בסיפור ״מסיבת יום הולדת״.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לשים אוזניות.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החוגגים שמחים שבאתי.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היום המתנות לחוגגים.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במסיבה יש בלונים ומוזיקה.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שרים שירים ומוחאים כפיים.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סדרו את המשפטים לפי הסדר בסיפור ״משתפים ומחכים לתור״.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אולי אני עצוב/ה, וזה בסדר.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מבקש/ת תור ומחכה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החברים שמחים כשאני מחכה בסבלנות.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עכשיו התור שלי לשחק בכדור!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מישהו אחר משחק בכדור.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חגגתי עם חברים ונהניתי!   ·   הילדים שמחים כשאני מצטרף/מצטרפת.   ·   כיף לשחק יחד!   ·   היום המתנות לחוגגים.   ·   אני יכול/ה להציע משחק אחר.   ·   לפעמים מחכים לסיבוב הבא.   ·   אני שואל/ת: אפשר להצטרף?   ·   קודם אני מסתכל/ת על המשחק.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19.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⚽ מצטרפים למשחק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שואל/ת: אפשר להצטרף?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🎂 מסיבת יום הולדת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לשים אוזניות.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משתפים ומחכים לתור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מבקש/ת תור ומחכה בשקט.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🫧 מרחב אישי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קודם אני עוצר/ת ונושם/נושמת.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אומרים סליחה ומתקנים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חיבוק אני שואל/ת אם אפשר.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20. בסיפור ״מצטרפים למשחק״: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21. איך אתם מרגישים כשקורה מצב כמו בסיפור ״כשאומרים לי ״לא״״?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22. כתבו עמוד חדש לאחד הסיפורים (״מצטרפים למשחק״ / ״מסיבת יום הולדת״ / ״משתפים ומחכים לתור״ / ״מרחב אישי״ / ״אומרים סליחה ומתקנים״ / ״כשאומרים לי ״לא״״):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חברים וחברה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